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br/>
        <w:br/>
        <w:br/>
        <w:br/>
        <w:br/>
      </w:r>
    </w:p>
    <w:p>
      <w:pPr>
        <w:jc w:val="center"/>
      </w:pPr>
      <w:r>
        <w:rPr>
          <w:b/>
          <w:sz w:val="48"/>
        </w:rPr>
        <w:t>📘 Drive Test Engineer</w:t>
        <w:br/>
        <w:t>Complete Guide – LTE/5G Edition</w:t>
      </w:r>
    </w:p>
    <w:p>
      <w:pPr>
        <w:jc w:val="center"/>
      </w:pPr>
      <w:r>
        <w:rPr>
          <w:sz w:val="28"/>
        </w:rPr>
        <w:br/>
        <w:t>Author: Md Jamshed Alam</w:t>
      </w:r>
    </w:p>
    <w:p>
      <w:r>
        <w:br w:type="page"/>
      </w:r>
    </w:p>
    <w:p>
      <w:r>
        <w:rPr>
          <w:b/>
          <w:sz w:val="32"/>
        </w:rPr>
        <w:t>📑 Table of Contents</w:t>
      </w:r>
    </w:p>
    <w:p>
      <w:r>
        <w:t>Part 1 – Introduction to Drive Testing</w:t>
      </w:r>
    </w:p>
    <w:p>
      <w:r>
        <w:t>Part 2 – Types of Drive Tests</w:t>
      </w:r>
    </w:p>
    <w:p>
      <w:r>
        <w:t>Part 3 – Drive Test Tools &amp; Software</w:t>
      </w:r>
    </w:p>
    <w:p>
      <w:r>
        <w:t>Part 4 – LTE/5G KPIs &amp; Parameters</w:t>
      </w:r>
    </w:p>
    <w:p>
      <w:r>
        <w:t>Part 5 – Log File Analysis</w:t>
      </w:r>
    </w:p>
    <w:p>
      <w:r>
        <w:t>Part 6 – Report Formats</w:t>
      </w:r>
    </w:p>
    <w:p>
      <w:r>
        <w:t>Part 7 – Common Field Issues &amp; Troubleshooting</w:t>
      </w:r>
    </w:p>
    <w:p>
      <w:r>
        <w:t>Part 8 – Interview Questions &amp; Answers</w:t>
      </w:r>
    </w:p>
    <w:p>
      <w:r>
        <w:t>Part 9 – Career Growth &amp; Certifications</w:t>
      </w:r>
    </w:p>
    <w:p>
      <w:r>
        <w:t>Part 10 – Glossary &amp; Resources</w:t>
      </w:r>
    </w:p>
    <w:p>
      <w:r>
        <w:br w:type="page"/>
      </w:r>
    </w:p>
    <w:p>
      <w:r>
        <w:rPr>
          <w:b/>
          <w:sz w:val="28"/>
        </w:rPr>
        <w:t>📘 Part 1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2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3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4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5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6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7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8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9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p>
      <w:r>
        <w:rPr>
          <w:b/>
          <w:sz w:val="28"/>
        </w:rPr>
        <w:t>📘 Part 10 – Section Title</w:t>
      </w:r>
    </w:p>
    <w:p>
      <w:r>
        <w:t>Sample content here for demonstration purposes.</w:t>
        <w:br/>
        <w:t>Sample content here for demonstration purposes.</w:t>
        <w:br/>
        <w:t>Sample content here for demonstration purposes.</w:t>
        <w:br/>
      </w:r>
    </w:p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